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704"/>
        <w:gridCol w:w="3704"/>
        <w:gridCol w:w="3704"/>
      </w:tblGrid>
      <w:tr>
        <w:trPr>
          <w:trHeight w:val="1247" w:hRule="exact"/>
        </w:trPr>
        <w:tc>
          <w:tcPr>
            <w:tcW w:type="dxa" w:w="1644"/>
            <w:tcMar>
              <w:top w:w="40" w:type="dxa"/>
              <w:start w:w="55" w:type="dxa"/>
              <w:bottom w:w="40" w:type="dxa"/>
              <w:end w:w="55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648000" cy="662931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fund_crest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0" cy="66293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783"/>
            <w:tcMar>
              <w:top w:w="40" w:type="dxa"/>
              <w:start w:w="55" w:type="dxa"/>
              <w:bottom w:w="40" w:type="dxa"/>
              <w:end w:w="55" w:type="dxa"/>
            </w:tcMar>
            <w:vAlign w:val="center"/>
          </w:tcPr>
          <w:p>
            <w:pPr>
              <w:spacing w:before="0" w:after="0" w:line="216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4E0E18"/>
                <w:sz w:val="31"/>
              </w:rPr>
              <w:t>ЗАЯВКА НА ОЧНОЕ УЧАСТИЕ</w:t>
            </w:r>
            <w:r>
              <w:rPr>
                <w:rFonts w:ascii="Arial" w:hAnsi="Arial" w:eastAsia="Arial"/>
                <w:b w:val="0"/>
                <w:i w:val="0"/>
                <w:color w:val="666666"/>
                <w:sz w:val="14"/>
              </w:rPr>
              <w:br/>
              <w:t>Благотворительный фонд имени И. С. Тургенева  •  Turgenev Fest</w:t>
            </w:r>
          </w:p>
        </w:tc>
        <w:tc>
          <w:tcPr>
            <w:tcW w:type="dxa" w:w="3458"/>
            <w:tcMar>
              <w:top w:w="40" w:type="dxa"/>
              <w:start w:w="55" w:type="dxa"/>
              <w:bottom w:w="40" w:type="dxa"/>
              <w:end w:w="55" w:type="dxa"/>
            </w:tcMar>
            <w:vAlign w:val="center"/>
            <w:shd w:fill="F4EEDF"/>
            <w:tcBorders>
              <w:top w:val="single" w:sz="11" w:color="C6A15B"/>
              <w:left w:val="single" w:sz="11" w:color="C6A15B"/>
              <w:bottom w:val="single" w:sz="11" w:color="C6A15B"/>
              <w:right w:val="single" w:sz="11" w:color="C6A15B"/>
            </w:tcBorders>
          </w:tcPr>
          <w:p>
            <w:pPr>
              <w:spacing w:before="0" w:after="0" w:line="221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6B1422"/>
                <w:sz w:val="14"/>
              </w:rPr>
              <w:t>НАПРАВИТЬ ЗАЯВКУ</w:t>
            </w:r>
            <w:r>
              <w:rPr>
                <w:rFonts w:ascii="Arial" w:hAnsi="Arial" w:eastAsia="Arial"/>
                <w:b/>
                <w:i w:val="0"/>
                <w:color w:val="6B1422"/>
                <w:sz w:val="23"/>
              </w:rPr>
              <w:br/>
              <w:t>reg@turgeneff.ru</w:t>
            </w:r>
          </w:p>
        </w:tc>
      </w:tr>
    </w:tbl>
    <w:p>
      <w:pPr>
        <w:spacing w:before="0" w:after="20" w:line="240" w:lineRule="auto"/>
        <w:jc w:val="left"/>
        <w:pBdr>
          <w:bottom w:val="single" w:sz="12" w:space="1" w:color="C6A15B"/>
        </w:pBdr>
      </w:pPr>
    </w:p>
    <w:p>
      <w:pPr>
        <w:spacing w:before="0" w:after="20" w:line="216" w:lineRule="auto"/>
        <w:jc w:val="left"/>
      </w:pPr>
      <w:r>
        <w:rPr>
          <w:rFonts w:ascii="Arial" w:hAnsi="Arial" w:eastAsia="Arial"/>
          <w:b/>
          <w:i w:val="0"/>
          <w:color w:val="6B1422"/>
          <w:sz w:val="19"/>
        </w:rPr>
        <w:t>1. СВЕДЕНИЯ О ЗАЯВИТЕЛЕ И ДЕЛЕГАЦИИ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78"/>
        <w:gridCol w:w="2778"/>
        <w:gridCol w:w="2778"/>
        <w:gridCol w:w="2778"/>
      </w:tblGrid>
      <w:tr>
        <w:trPr>
          <w:trHeight w:val="510" w:hRule="exact"/>
        </w:trPr>
        <w:tc>
          <w:tcPr>
            <w:tcW w:type="dxa" w:w="272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  <w:tcBorders>
              <w:top w:val="single" w:sz="5" w:space="0" w:color="CBBEAA"/>
              <w:left w:val="single" w:sz="5" w:space="0" w:color="CBBEAA"/>
              <w:bottom w:val="single" w:sz="5" w:space="0" w:color="CBBEAA"/>
              <w:right w:val="single" w:sz="5" w:space="0" w:color="CBBEAA"/>
            </w:tcBorders>
            <w:shd w:fill="F4EEDF"/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4E0E18"/>
                <w:sz w:val="14"/>
              </w:rPr>
              <w:t>1. ФИО заявителя</w:t>
            </w:r>
          </w:p>
        </w:tc>
        <w:tc>
          <w:tcPr>
            <w:tcW w:type="dxa" w:w="8163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  <w:gridSpan w:val="3"/>
            <w:tcBorders>
              <w:top w:val="single" w:sz="5" w:space="0" w:color="CBBEAA"/>
              <w:left w:val="single" w:sz="5" w:space="0" w:color="CBBEAA"/>
              <w:bottom w:val="single" w:sz="5" w:space="0" w:color="CBBEAA"/>
              <w:right w:val="single" w:sz="5" w:space="0" w:color="CBBEAA"/>
            </w:tcBorders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4E0E18"/>
                <w:sz w:val="14"/>
              </w:rPr>
            </w:r>
          </w:p>
        </w:tc>
      </w:tr>
      <w:tr>
        <w:trPr>
          <w:trHeight w:val="624" w:hRule="exact"/>
        </w:trPr>
        <w:tc>
          <w:tcPr>
            <w:tcW w:type="dxa" w:w="272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  <w:tcBorders>
              <w:top w:val="single" w:sz="5" w:space="0" w:color="CBBEAA"/>
              <w:left w:val="single" w:sz="5" w:space="0" w:color="CBBEAA"/>
              <w:bottom w:val="single" w:sz="5" w:space="0" w:color="CBBEAA"/>
              <w:right w:val="single" w:sz="5" w:space="0" w:color="CBBEAA"/>
            </w:tcBorders>
            <w:shd w:fill="F4EEDF"/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4E0E18"/>
                <w:sz w:val="14"/>
              </w:rPr>
              <w:t>2. Телефон руководителя</w:t>
            </w:r>
            <w:r>
              <w:rPr>
                <w:rFonts w:ascii="Arial" w:hAnsi="Arial" w:eastAsia="Arial"/>
                <w:b w:val="0"/>
                <w:i w:val="0"/>
                <w:color w:val="666666"/>
                <w:sz w:val="12"/>
              </w:rPr>
              <w:br/>
              <w:t>для добавления в группу мероприятия</w:t>
            </w:r>
          </w:p>
        </w:tc>
        <w:tc>
          <w:tcPr>
            <w:tcW w:type="dxa" w:w="272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  <w:tcBorders>
              <w:top w:val="single" w:sz="5" w:space="0" w:color="CBBEAA"/>
              <w:left w:val="single" w:sz="5" w:space="0" w:color="CBBEAA"/>
              <w:bottom w:val="single" w:sz="5" w:space="0" w:color="CBBEAA"/>
              <w:right w:val="single" w:sz="5" w:space="0" w:color="CBBEAA"/>
            </w:tcBorders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4E0E18"/>
                <w:sz w:val="14"/>
              </w:rPr>
            </w:r>
          </w:p>
        </w:tc>
        <w:tc>
          <w:tcPr>
            <w:tcW w:type="dxa" w:w="272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  <w:tcBorders>
              <w:top w:val="single" w:sz="5" w:space="0" w:color="CBBEAA"/>
              <w:left w:val="single" w:sz="5" w:space="0" w:color="CBBEAA"/>
              <w:bottom w:val="single" w:sz="5" w:space="0" w:color="CBBEAA"/>
              <w:right w:val="single" w:sz="5" w:space="0" w:color="CBBEAA"/>
            </w:tcBorders>
            <w:shd w:fill="F4EEDF"/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4E0E18"/>
                <w:sz w:val="14"/>
              </w:rPr>
              <w:t>3. E-mail руководителя</w:t>
            </w:r>
            <w:r>
              <w:rPr>
                <w:rFonts w:ascii="Arial" w:hAnsi="Arial" w:eastAsia="Arial"/>
                <w:b w:val="0"/>
                <w:i w:val="0"/>
                <w:color w:val="666666"/>
                <w:sz w:val="12"/>
              </w:rPr>
              <w:br/>
              <w:t>для связи и ответного письма с расчётом</w:t>
            </w:r>
          </w:p>
        </w:tc>
        <w:tc>
          <w:tcPr>
            <w:tcW w:type="dxa" w:w="272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  <w:tcBorders>
              <w:top w:val="single" w:sz="5" w:space="0" w:color="CBBEAA"/>
              <w:left w:val="single" w:sz="5" w:space="0" w:color="CBBEAA"/>
              <w:bottom w:val="single" w:sz="5" w:space="0" w:color="CBBEAA"/>
              <w:right w:val="single" w:sz="5" w:space="0" w:color="CBBEAA"/>
            </w:tcBorders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4E0E18"/>
                <w:sz w:val="14"/>
              </w:rPr>
            </w:r>
          </w:p>
        </w:tc>
      </w:tr>
      <w:tr>
        <w:trPr>
          <w:trHeight w:val="624" w:hRule="exact"/>
        </w:trPr>
        <w:tc>
          <w:tcPr>
            <w:tcW w:type="dxa" w:w="272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  <w:tcBorders>
              <w:top w:val="single" w:sz="5" w:space="0" w:color="CBBEAA"/>
              <w:left w:val="single" w:sz="5" w:space="0" w:color="CBBEAA"/>
              <w:bottom w:val="single" w:sz="5" w:space="0" w:color="CBBEAA"/>
              <w:right w:val="single" w:sz="5" w:space="0" w:color="CBBEAA"/>
            </w:tcBorders>
            <w:shd w:fill="F4EEDF"/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4E0E18"/>
                <w:sz w:val="14"/>
              </w:rPr>
              <w:t>4. Название фестиваля</w:t>
            </w:r>
          </w:p>
        </w:tc>
        <w:tc>
          <w:tcPr>
            <w:tcW w:type="dxa" w:w="272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  <w:tcBorders>
              <w:top w:val="single" w:sz="5" w:space="0" w:color="CBBEAA"/>
              <w:left w:val="single" w:sz="5" w:space="0" w:color="CBBEAA"/>
              <w:bottom w:val="single" w:sz="5" w:space="0" w:color="CBBEAA"/>
              <w:right w:val="single" w:sz="5" w:space="0" w:color="CBBEAA"/>
            </w:tcBorders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4E0E18"/>
                <w:sz w:val="14"/>
              </w:rPr>
            </w:r>
          </w:p>
        </w:tc>
        <w:tc>
          <w:tcPr>
            <w:tcW w:type="dxa" w:w="272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  <w:tcBorders>
              <w:top w:val="single" w:sz="5" w:space="0" w:color="CBBEAA"/>
              <w:left w:val="single" w:sz="5" w:space="0" w:color="CBBEAA"/>
              <w:bottom w:val="single" w:sz="5" w:space="0" w:color="CBBEAA"/>
              <w:right w:val="single" w:sz="5" w:space="0" w:color="CBBEAA"/>
            </w:tcBorders>
            <w:shd w:fill="F4EEDF"/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4E0E18"/>
                <w:sz w:val="14"/>
              </w:rPr>
              <w:t>5. Форма участия</w:t>
            </w:r>
            <w:r>
              <w:rPr>
                <w:rFonts w:ascii="Arial" w:hAnsi="Arial" w:eastAsia="Arial"/>
                <w:b w:val="0"/>
                <w:i w:val="0"/>
                <w:color w:val="666666"/>
                <w:sz w:val="12"/>
              </w:rPr>
              <w:br/>
              <w:t>С проживанием / Без проживания</w:t>
            </w:r>
          </w:p>
        </w:tc>
        <w:tc>
          <w:tcPr>
            <w:tcW w:type="dxa" w:w="272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  <w:tcBorders>
              <w:top w:val="single" w:sz="5" w:space="0" w:color="CBBEAA"/>
              <w:left w:val="single" w:sz="5" w:space="0" w:color="CBBEAA"/>
              <w:bottom w:val="single" w:sz="5" w:space="0" w:color="CBBEAA"/>
              <w:right w:val="single" w:sz="5" w:space="0" w:color="CBBEAA"/>
            </w:tcBorders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4E0E18"/>
                <w:sz w:val="14"/>
              </w:rPr>
            </w:r>
          </w:p>
        </w:tc>
      </w:tr>
      <w:tr>
        <w:trPr>
          <w:trHeight w:val="624" w:hRule="exact"/>
        </w:trPr>
        <w:tc>
          <w:tcPr>
            <w:tcW w:type="dxa" w:w="272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  <w:tcBorders>
              <w:top w:val="single" w:sz="5" w:space="0" w:color="CBBEAA"/>
              <w:left w:val="single" w:sz="5" w:space="0" w:color="CBBEAA"/>
              <w:bottom w:val="single" w:sz="5" w:space="0" w:color="CBBEAA"/>
              <w:right w:val="single" w:sz="5" w:space="0" w:color="CBBEAA"/>
            </w:tcBorders>
            <w:shd w:fill="F4EEDF"/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4E0E18"/>
                <w:sz w:val="14"/>
              </w:rPr>
              <w:t>6. Даты приезда и отъезда</w:t>
            </w:r>
            <w:r>
              <w:rPr>
                <w:rFonts w:ascii="Arial" w:hAnsi="Arial" w:eastAsia="Arial"/>
                <w:b w:val="0"/>
                <w:i w:val="0"/>
                <w:color w:val="666666"/>
                <w:sz w:val="12"/>
              </w:rPr>
              <w:br/>
              <w:t>для участников с проживанием</w:t>
            </w:r>
          </w:p>
        </w:tc>
        <w:tc>
          <w:tcPr>
            <w:tcW w:type="dxa" w:w="272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  <w:tcBorders>
              <w:top w:val="single" w:sz="5" w:space="0" w:color="CBBEAA"/>
              <w:left w:val="single" w:sz="5" w:space="0" w:color="CBBEAA"/>
              <w:bottom w:val="single" w:sz="5" w:space="0" w:color="CBBEAA"/>
              <w:right w:val="single" w:sz="5" w:space="0" w:color="CBBEAA"/>
            </w:tcBorders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4E0E18"/>
                <w:sz w:val="14"/>
              </w:rPr>
            </w:r>
          </w:p>
        </w:tc>
        <w:tc>
          <w:tcPr>
            <w:tcW w:type="dxa" w:w="272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  <w:tcBorders>
              <w:top w:val="single" w:sz="5" w:space="0" w:color="CBBEAA"/>
              <w:left w:val="single" w:sz="5" w:space="0" w:color="CBBEAA"/>
              <w:bottom w:val="single" w:sz="5" w:space="0" w:color="CBBEAA"/>
              <w:right w:val="single" w:sz="5" w:space="0" w:color="CBBEAA"/>
            </w:tcBorders>
            <w:shd w:fill="F4EEDF"/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4E0E18"/>
                <w:sz w:val="14"/>
              </w:rPr>
              <w:t>7. Всего человек в делегации</w:t>
            </w:r>
            <w:r>
              <w:rPr>
                <w:rFonts w:ascii="Arial" w:hAnsi="Arial" w:eastAsia="Arial"/>
                <w:b w:val="0"/>
                <w:i w:val="0"/>
                <w:color w:val="666666"/>
                <w:sz w:val="12"/>
              </w:rPr>
              <w:br/>
              <w:t>участники + сопровождающие</w:t>
            </w:r>
          </w:p>
        </w:tc>
        <w:tc>
          <w:tcPr>
            <w:tcW w:type="dxa" w:w="272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  <w:tcBorders>
              <w:top w:val="single" w:sz="5" w:space="0" w:color="CBBEAA"/>
              <w:left w:val="single" w:sz="5" w:space="0" w:color="CBBEAA"/>
              <w:bottom w:val="single" w:sz="5" w:space="0" w:color="CBBEAA"/>
              <w:right w:val="single" w:sz="5" w:space="0" w:color="CBBEAA"/>
            </w:tcBorders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4E0E18"/>
                <w:sz w:val="14"/>
              </w:rPr>
            </w:r>
          </w:p>
        </w:tc>
      </w:tr>
      <w:tr>
        <w:trPr>
          <w:trHeight w:val="624" w:hRule="exact"/>
        </w:trPr>
        <w:tc>
          <w:tcPr>
            <w:tcW w:type="dxa" w:w="272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  <w:tcBorders>
              <w:top w:val="single" w:sz="5" w:space="0" w:color="CBBEAA"/>
              <w:left w:val="single" w:sz="5" w:space="0" w:color="CBBEAA"/>
              <w:bottom w:val="single" w:sz="5" w:space="0" w:color="CBBEAA"/>
              <w:right w:val="single" w:sz="5" w:space="0" w:color="CBBEAA"/>
            </w:tcBorders>
            <w:shd w:fill="F4EEDF"/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4E0E18"/>
                <w:sz w:val="14"/>
              </w:rPr>
              <w:t>8. Количество конкурсантов</w:t>
            </w:r>
            <w:r>
              <w:rPr>
                <w:rFonts w:ascii="Arial" w:hAnsi="Arial" w:eastAsia="Arial"/>
                <w:b w:val="0"/>
                <w:i w:val="0"/>
                <w:color w:val="666666"/>
                <w:sz w:val="12"/>
              </w:rPr>
              <w:br/>
              <w:t>фактическое число выступающих</w:t>
            </w:r>
          </w:p>
        </w:tc>
        <w:tc>
          <w:tcPr>
            <w:tcW w:type="dxa" w:w="272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  <w:tcBorders>
              <w:top w:val="single" w:sz="5" w:space="0" w:color="CBBEAA"/>
              <w:left w:val="single" w:sz="5" w:space="0" w:color="CBBEAA"/>
              <w:bottom w:val="single" w:sz="5" w:space="0" w:color="CBBEAA"/>
              <w:right w:val="single" w:sz="5" w:space="0" w:color="CBBEAA"/>
            </w:tcBorders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4E0E18"/>
                <w:sz w:val="14"/>
              </w:rPr>
            </w:r>
          </w:p>
        </w:tc>
        <w:tc>
          <w:tcPr>
            <w:tcW w:type="dxa" w:w="272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  <w:tcBorders>
              <w:top w:val="single" w:sz="5" w:space="0" w:color="CBBEAA"/>
              <w:left w:val="single" w:sz="5" w:space="0" w:color="CBBEAA"/>
              <w:bottom w:val="single" w:sz="5" w:space="0" w:color="CBBEAA"/>
              <w:right w:val="single" w:sz="5" w:space="0" w:color="CBBEAA"/>
            </w:tcBorders>
            <w:shd w:fill="F4EEDF"/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4E0E18"/>
                <w:sz w:val="14"/>
              </w:rPr>
              <w:t>10. Регион и населённый пункт</w:t>
            </w:r>
            <w:r>
              <w:rPr>
                <w:rFonts w:ascii="Arial" w:hAnsi="Arial" w:eastAsia="Arial"/>
                <w:b w:val="0"/>
                <w:i w:val="0"/>
                <w:color w:val="666666"/>
                <w:sz w:val="12"/>
              </w:rPr>
              <w:br/>
              <w:t>страна, регион, город — для дипломов</w:t>
            </w:r>
          </w:p>
        </w:tc>
        <w:tc>
          <w:tcPr>
            <w:tcW w:type="dxa" w:w="272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  <w:tcBorders>
              <w:top w:val="single" w:sz="5" w:space="0" w:color="CBBEAA"/>
              <w:left w:val="single" w:sz="5" w:space="0" w:color="CBBEAA"/>
              <w:bottom w:val="single" w:sz="5" w:space="0" w:color="CBBEAA"/>
              <w:right w:val="single" w:sz="5" w:space="0" w:color="CBBEAA"/>
            </w:tcBorders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4E0E18"/>
                <w:sz w:val="14"/>
              </w:rPr>
            </w:r>
          </w:p>
        </w:tc>
      </w:tr>
      <w:tr>
        <w:trPr>
          <w:trHeight w:val="737" w:hRule="exact"/>
        </w:trPr>
        <w:tc>
          <w:tcPr>
            <w:tcW w:type="dxa" w:w="272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  <w:tcBorders>
              <w:top w:val="single" w:sz="5" w:space="0" w:color="CBBEAA"/>
              <w:left w:val="single" w:sz="5" w:space="0" w:color="CBBEAA"/>
              <w:bottom w:val="single" w:sz="5" w:space="0" w:color="CBBEAA"/>
              <w:right w:val="single" w:sz="5" w:space="0" w:color="CBBEAA"/>
            </w:tcBorders>
            <w:shd w:fill="F4EEDF"/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4E0E18"/>
                <w:sz w:val="14"/>
              </w:rPr>
              <w:t>9. ФИО руководителя и педагогов</w:t>
            </w:r>
            <w:r>
              <w:rPr>
                <w:rFonts w:ascii="Arial" w:hAnsi="Arial" w:eastAsia="Arial"/>
                <w:b w:val="0"/>
                <w:i w:val="0"/>
                <w:color w:val="666666"/>
                <w:sz w:val="12"/>
              </w:rPr>
              <w:br/>
              <w:t>хореограф, балетмейстер, концертмейстер и др. — для благодарственных писем</w:t>
            </w:r>
          </w:p>
        </w:tc>
        <w:tc>
          <w:tcPr>
            <w:tcW w:type="dxa" w:w="8163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  <w:gridSpan w:val="3"/>
            <w:tcBorders>
              <w:top w:val="single" w:sz="5" w:space="0" w:color="CBBEAA"/>
              <w:left w:val="single" w:sz="5" w:space="0" w:color="CBBEAA"/>
              <w:bottom w:val="single" w:sz="5" w:space="0" w:color="CBBEAA"/>
              <w:right w:val="single" w:sz="5" w:space="0" w:color="CBBEAA"/>
            </w:tcBorders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4E0E18"/>
                <w:sz w:val="14"/>
              </w:rPr>
            </w:r>
          </w:p>
        </w:tc>
      </w:tr>
      <w:tr>
        <w:trPr>
          <w:trHeight w:val="737" w:hRule="exact"/>
        </w:trPr>
        <w:tc>
          <w:tcPr>
            <w:tcW w:type="dxa" w:w="272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  <w:tcBorders>
              <w:top w:val="single" w:sz="5" w:space="0" w:color="CBBEAA"/>
              <w:left w:val="single" w:sz="5" w:space="0" w:color="CBBEAA"/>
              <w:bottom w:val="single" w:sz="5" w:space="0" w:color="CBBEAA"/>
              <w:right w:val="single" w:sz="5" w:space="0" w:color="CBBEAA"/>
            </w:tcBorders>
            <w:shd w:fill="F4EEDF"/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4E0E18"/>
                <w:sz w:val="14"/>
              </w:rPr>
              <w:t>11. Дополнительная информация</w:t>
            </w:r>
            <w:r>
              <w:rPr>
                <w:rFonts w:ascii="Arial" w:hAnsi="Arial" w:eastAsia="Arial"/>
                <w:b w:val="0"/>
                <w:i w:val="0"/>
                <w:color w:val="666666"/>
                <w:sz w:val="12"/>
              </w:rPr>
              <w:br/>
              <w:t>пожелания, вопросы, необходимое время отъезда</w:t>
            </w:r>
          </w:p>
        </w:tc>
        <w:tc>
          <w:tcPr>
            <w:tcW w:type="dxa" w:w="8163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  <w:gridSpan w:val="3"/>
            <w:tcBorders>
              <w:top w:val="single" w:sz="5" w:space="0" w:color="CBBEAA"/>
              <w:left w:val="single" w:sz="5" w:space="0" w:color="CBBEAA"/>
              <w:bottom w:val="single" w:sz="5" w:space="0" w:color="CBBEAA"/>
              <w:right w:val="single" w:sz="5" w:space="0" w:color="CBBEAA"/>
            </w:tcBorders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4E0E18"/>
                <w:sz w:val="14"/>
              </w:rPr>
            </w:r>
          </w:p>
        </w:tc>
      </w:tr>
      <w:tr>
        <w:trPr>
          <w:trHeight w:val="737" w:hRule="exact"/>
        </w:trPr>
        <w:tc>
          <w:tcPr>
            <w:tcW w:type="dxa" w:w="272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  <w:tcBorders>
              <w:top w:val="single" w:sz="5" w:space="0" w:color="CBBEAA"/>
              <w:left w:val="single" w:sz="5" w:space="0" w:color="CBBEAA"/>
              <w:bottom w:val="single" w:sz="5" w:space="0" w:color="CBBEAA"/>
              <w:right w:val="single" w:sz="5" w:space="0" w:color="CBBEAA"/>
            </w:tcBorders>
            <w:shd w:fill="F4EEDF"/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4E0E18"/>
                <w:sz w:val="14"/>
              </w:rPr>
              <w:t>12. Технические требования</w:t>
            </w:r>
            <w:r>
              <w:rPr>
                <w:rFonts w:ascii="Arial" w:hAnsi="Arial" w:eastAsia="Arial"/>
                <w:b w:val="0"/>
                <w:i w:val="0"/>
                <w:color w:val="666666"/>
                <w:sz w:val="12"/>
              </w:rPr>
              <w:br/>
              <w:t>микрофоны, стулья, инструменты, реквизит, проекции и другое</w:t>
            </w:r>
          </w:p>
        </w:tc>
        <w:tc>
          <w:tcPr>
            <w:tcW w:type="dxa" w:w="8163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  <w:gridSpan w:val="3"/>
            <w:tcBorders>
              <w:top w:val="single" w:sz="5" w:space="0" w:color="CBBEAA"/>
              <w:left w:val="single" w:sz="5" w:space="0" w:color="CBBEAA"/>
              <w:bottom w:val="single" w:sz="5" w:space="0" w:color="CBBEAA"/>
              <w:right w:val="single" w:sz="5" w:space="0" w:color="CBBEAA"/>
            </w:tcBorders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4E0E18"/>
                <w:sz w:val="14"/>
              </w:rPr>
            </w:r>
          </w:p>
        </w:tc>
      </w:tr>
    </w:tbl>
    <w:p>
      <w:pPr>
        <w:spacing w:before="0" w:after="0" w:line="240" w:lineRule="auto"/>
        <w:jc w:val="left"/>
      </w:pPr>
    </w:p>
    <w:p>
      <w:pPr>
        <w:spacing w:before="0" w:after="20" w:line="216" w:lineRule="auto"/>
        <w:jc w:val="left"/>
      </w:pPr>
      <w:r>
        <w:rPr>
          <w:rFonts w:ascii="Arial" w:hAnsi="Arial" w:eastAsia="Arial"/>
          <w:b/>
          <w:i w:val="0"/>
          <w:color w:val="6B1422"/>
          <w:sz w:val="19"/>
        </w:rPr>
        <w:t>2. КОНКУРСНАЯ ПРОГРАММА</w:t>
      </w:r>
    </w:p>
    <w:tbl>
      <w:tblPr>
        <w:tblW w:type="auto" w:w="0"/>
        <w:jc w:val="center"/>
        <w:tblLook w:firstColumn="1" w:firstRow="1" w:lastColumn="0" w:lastRow="0" w:noHBand="0" w:noVBand="1" w:val="04A0"/>
        <w:tblLayout w:type="fixed"/>
      </w:tblPr>
      <w:tblGrid>
        <w:gridCol w:w="11112"/>
      </w:tblGrid>
      <w:tr>
        <w:trPr>
          <w:trHeight w:val="397" w:hRule="exact"/>
        </w:trPr>
        <w:tc>
          <w:tcPr>
            <w:tcW w:type="dxa" w:w="10885"/>
            <w:shd w:fill="FAF7F0"/>
            <w:tcBorders>
              <w:top w:val="single" w:sz="7" w:color="C6A15B"/>
              <w:left w:val="single" w:sz="7" w:color="C6A15B"/>
              <w:bottom w:val="single" w:sz="7" w:color="C6A15B"/>
              <w:right w:val="single" w:sz="7" w:color="C6A15B"/>
            </w:tcBorders>
            <w:tcMar>
              <w:top w:w="35" w:type="dxa"/>
              <w:start w:w="60" w:type="dxa"/>
              <w:bottom w:w="35" w:type="dxa"/>
              <w:end w:w="60" w:type="dxa"/>
            </w:tcMar>
          </w:tcPr>
          <w:p>
            <w:pPr>
              <w:spacing w:before="0" w:after="0" w:line="216" w:lineRule="auto"/>
              <w:jc w:val="center"/>
            </w:pPr>
            <w:r>
              <w:rPr>
                <w:rFonts w:ascii="Arial" w:hAnsi="Arial" w:eastAsia="Arial"/>
                <w:b w:val="0"/>
                <w:i w:val="0"/>
                <w:color w:val="222222"/>
                <w:sz w:val="13"/>
              </w:rPr>
              <w:t>Укажите номера в удобном для коллектива порядке — с учётом переодеваний, смены состава и реквизита.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52"/>
        <w:gridCol w:w="1852"/>
        <w:gridCol w:w="1852"/>
        <w:gridCol w:w="1852"/>
        <w:gridCol w:w="1852"/>
        <w:gridCol w:w="1852"/>
      </w:tblGrid>
      <w:tr>
        <w:trPr>
          <w:trHeight w:val="850" w:hRule="exact"/>
          <w:tblHeader w:val="true"/>
        </w:trPr>
        <w:tc>
          <w:tcPr>
            <w:tcW w:type="dxa" w:w="510"/>
            <w:tcMar>
              <w:top w:w="30" w:type="dxa"/>
              <w:start w:w="35" w:type="dxa"/>
              <w:bottom w:w="30" w:type="dxa"/>
              <w:end w:w="35" w:type="dxa"/>
            </w:tcMar>
            <w:vAlign w:val="center"/>
            <w:tcBorders>
              <w:top w:val="single" w:sz="5" w:space="0" w:color="9E8D73"/>
              <w:left w:val="single" w:sz="5" w:space="0" w:color="9E8D73"/>
              <w:bottom w:val="single" w:sz="5" w:space="0" w:color="9E8D73"/>
              <w:right w:val="single" w:sz="5" w:space="0" w:color="9E8D73"/>
            </w:tcBorders>
            <w:shd w:fill="4E0E18"/>
          </w:tcPr>
          <w:p>
            <w:pPr>
              <w:spacing w:before="0" w:after="0" w:line="211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2"/>
              </w:rPr>
              <w:t>№</w:t>
            </w:r>
          </w:p>
        </w:tc>
        <w:tc>
          <w:tcPr>
            <w:tcW w:type="dxa" w:w="2041"/>
            <w:tcMar>
              <w:top w:w="30" w:type="dxa"/>
              <w:start w:w="35" w:type="dxa"/>
              <w:bottom w:w="30" w:type="dxa"/>
              <w:end w:w="35" w:type="dxa"/>
            </w:tcMar>
            <w:vAlign w:val="center"/>
            <w:tcBorders>
              <w:top w:val="single" w:sz="5" w:space="0" w:color="9E8D73"/>
              <w:left w:val="single" w:sz="5" w:space="0" w:color="9E8D73"/>
              <w:bottom w:val="single" w:sz="5" w:space="0" w:color="9E8D73"/>
              <w:right w:val="single" w:sz="5" w:space="0" w:color="9E8D73"/>
            </w:tcBorders>
            <w:shd w:fill="4E0E18"/>
          </w:tcPr>
          <w:p>
            <w:pPr>
              <w:spacing w:before="0" w:after="0" w:line="211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2"/>
              </w:rPr>
              <w:t>Коллектив / ФИО солиста</w:t>
            </w:r>
          </w:p>
        </w:tc>
        <w:tc>
          <w:tcPr>
            <w:tcW w:type="dxa" w:w="3402"/>
            <w:tcMar>
              <w:top w:w="30" w:type="dxa"/>
              <w:start w:w="35" w:type="dxa"/>
              <w:bottom w:w="30" w:type="dxa"/>
              <w:end w:w="35" w:type="dxa"/>
            </w:tcMar>
            <w:vAlign w:val="center"/>
            <w:tcBorders>
              <w:top w:val="single" w:sz="5" w:space="0" w:color="9E8D73"/>
              <w:left w:val="single" w:sz="5" w:space="0" w:color="9E8D73"/>
              <w:bottom w:val="single" w:sz="5" w:space="0" w:color="9E8D73"/>
              <w:right w:val="single" w:sz="5" w:space="0" w:color="9E8D73"/>
            </w:tcBorders>
            <w:shd w:fill="4E0E18"/>
          </w:tcPr>
          <w:p>
            <w:pPr>
              <w:spacing w:before="0" w:after="0" w:line="211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1"/>
              </w:rPr>
              <w:t>Номинация, направление, название номера, количество исполнителей</w:t>
            </w:r>
          </w:p>
        </w:tc>
        <w:tc>
          <w:tcPr>
            <w:tcW w:type="dxa" w:w="1531"/>
            <w:tcMar>
              <w:top w:w="30" w:type="dxa"/>
              <w:start w:w="35" w:type="dxa"/>
              <w:bottom w:w="30" w:type="dxa"/>
              <w:end w:w="35" w:type="dxa"/>
            </w:tcMar>
            <w:vAlign w:val="center"/>
            <w:tcBorders>
              <w:top w:val="single" w:sz="5" w:space="0" w:color="9E8D73"/>
              <w:left w:val="single" w:sz="5" w:space="0" w:color="9E8D73"/>
              <w:bottom w:val="single" w:sz="5" w:space="0" w:color="9E8D73"/>
              <w:right w:val="single" w:sz="5" w:space="0" w:color="9E8D73"/>
            </w:tcBorders>
            <w:shd w:fill="4E0E18"/>
          </w:tcPr>
          <w:p>
            <w:pPr>
              <w:spacing w:before="0" w:after="0" w:line="211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2"/>
              </w:rPr>
              <w:t>Возрастная</w:t>
            </w:r>
            <w:r>
              <w:br/>
            </w:r>
            <w:r>
              <w:rPr>
                <w:rFonts w:ascii="Arial" w:hAnsi="Arial" w:eastAsia="Arial"/>
                <w:b/>
                <w:i w:val="0"/>
                <w:color w:val="FFFFFF"/>
                <w:sz w:val="12"/>
              </w:rPr>
              <w:t>категория</w:t>
            </w:r>
          </w:p>
        </w:tc>
        <w:tc>
          <w:tcPr>
            <w:tcW w:type="dxa" w:w="2268"/>
            <w:tcMar>
              <w:top w:w="30" w:type="dxa"/>
              <w:start w:w="35" w:type="dxa"/>
              <w:bottom w:w="30" w:type="dxa"/>
              <w:end w:w="35" w:type="dxa"/>
            </w:tcMar>
            <w:vAlign w:val="center"/>
            <w:tcBorders>
              <w:top w:val="single" w:sz="5" w:space="0" w:color="9E8D73"/>
              <w:left w:val="single" w:sz="5" w:space="0" w:color="9E8D73"/>
              <w:bottom w:val="single" w:sz="5" w:space="0" w:color="9E8D73"/>
              <w:right w:val="single" w:sz="5" w:space="0" w:color="9E8D73"/>
            </w:tcBorders>
            <w:shd w:fill="4E0E18"/>
          </w:tcPr>
          <w:p>
            <w:pPr>
              <w:spacing w:before="0" w:after="0" w:line="211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2"/>
              </w:rPr>
              <w:t>ФИО руководителя</w:t>
            </w:r>
          </w:p>
        </w:tc>
        <w:tc>
          <w:tcPr>
            <w:tcW w:type="dxa" w:w="1134"/>
            <w:tcMar>
              <w:top w:w="30" w:type="dxa"/>
              <w:start w:w="35" w:type="dxa"/>
              <w:bottom w:w="30" w:type="dxa"/>
              <w:end w:w="35" w:type="dxa"/>
            </w:tcMar>
            <w:vAlign w:val="center"/>
            <w:tcBorders>
              <w:top w:val="single" w:sz="5" w:space="0" w:color="9E8D73"/>
              <w:left w:val="single" w:sz="5" w:space="0" w:color="9E8D73"/>
              <w:bottom w:val="single" w:sz="5" w:space="0" w:color="9E8D73"/>
              <w:right w:val="single" w:sz="5" w:space="0" w:color="9E8D73"/>
            </w:tcBorders>
            <w:shd w:fill="4E0E18"/>
          </w:tcPr>
          <w:p>
            <w:pPr>
              <w:spacing w:before="0" w:after="0" w:line="211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2"/>
              </w:rPr>
              <w:t>Хронометраж</w:t>
            </w:r>
          </w:p>
        </w:tc>
      </w:tr>
      <w:tr>
        <w:trPr>
          <w:trHeight w:val="680" w:hRule="exact"/>
        </w:trPr>
        <w:tc>
          <w:tcPr>
            <w:tcW w:type="dxa" w:w="510"/>
            <w:tcMar>
              <w:top w:w="30" w:type="dxa"/>
              <w:start w:w="35" w:type="dxa"/>
              <w:bottom w:w="30" w:type="dxa"/>
              <w:end w:w="35" w:type="dxa"/>
            </w:tcMar>
            <w:vAlign w:val="center"/>
            <w:tcBorders>
              <w:top w:val="single" w:sz="5" w:space="0" w:color="9E8D73"/>
              <w:left w:val="single" w:sz="5" w:space="0" w:color="9E8D73"/>
              <w:bottom w:val="single" w:sz="5" w:space="0" w:color="9E8D73"/>
              <w:right w:val="single" w:sz="5" w:space="0" w:color="9E8D73"/>
            </w:tcBorders>
            <w:shd w:fill="F4EEDF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4E0E18"/>
                <w:sz w:val="15"/>
              </w:rPr>
              <w:t>1</w:t>
            </w:r>
          </w:p>
        </w:tc>
        <w:tc>
          <w:tcPr>
            <w:tcW w:type="dxa" w:w="2041"/>
            <w:tcMar>
              <w:top w:w="30" w:type="dxa"/>
              <w:start w:w="35" w:type="dxa"/>
              <w:bottom w:w="30" w:type="dxa"/>
              <w:end w:w="35" w:type="dxa"/>
            </w:tcMar>
            <w:vAlign w:val="center"/>
            <w:tcBorders>
              <w:top w:val="single" w:sz="5" w:space="0" w:color="9E8D73"/>
              <w:left w:val="single" w:sz="5" w:space="0" w:color="9E8D73"/>
              <w:bottom w:val="single" w:sz="5" w:space="0" w:color="9E8D73"/>
              <w:right w:val="single" w:sz="5" w:space="0" w:color="9E8D73"/>
            </w:tcBorders>
          </w:tcPr>
          <w:p>
            <w:pPr>
              <w:spacing w:before="0" w:after="0"/>
            </w:pPr>
          </w:p>
        </w:tc>
        <w:tc>
          <w:tcPr>
            <w:tcW w:type="dxa" w:w="3402"/>
            <w:tcMar>
              <w:top w:w="30" w:type="dxa"/>
              <w:start w:w="35" w:type="dxa"/>
              <w:bottom w:w="30" w:type="dxa"/>
              <w:end w:w="35" w:type="dxa"/>
            </w:tcMar>
            <w:vAlign w:val="center"/>
            <w:tcBorders>
              <w:top w:val="single" w:sz="5" w:space="0" w:color="9E8D73"/>
              <w:left w:val="single" w:sz="5" w:space="0" w:color="9E8D73"/>
              <w:bottom w:val="single" w:sz="5" w:space="0" w:color="9E8D73"/>
              <w:right w:val="single" w:sz="5" w:space="0" w:color="9E8D73"/>
            </w:tcBorders>
          </w:tcPr>
          <w:p>
            <w:pPr>
              <w:spacing w:before="0" w:after="0"/>
            </w:pPr>
          </w:p>
        </w:tc>
        <w:tc>
          <w:tcPr>
            <w:tcW w:type="dxa" w:w="1531"/>
            <w:tcMar>
              <w:top w:w="30" w:type="dxa"/>
              <w:start w:w="35" w:type="dxa"/>
              <w:bottom w:w="30" w:type="dxa"/>
              <w:end w:w="35" w:type="dxa"/>
            </w:tcMar>
            <w:vAlign w:val="center"/>
            <w:tcBorders>
              <w:top w:val="single" w:sz="5" w:space="0" w:color="9E8D73"/>
              <w:left w:val="single" w:sz="5" w:space="0" w:color="9E8D73"/>
              <w:bottom w:val="single" w:sz="5" w:space="0" w:color="9E8D73"/>
              <w:right w:val="single" w:sz="5" w:space="0" w:color="9E8D73"/>
            </w:tcBorders>
          </w:tcPr>
          <w:p>
            <w:pPr>
              <w:spacing w:before="0" w:after="0"/>
            </w:pPr>
          </w:p>
        </w:tc>
        <w:tc>
          <w:tcPr>
            <w:tcW w:type="dxa" w:w="2268"/>
            <w:tcMar>
              <w:top w:w="30" w:type="dxa"/>
              <w:start w:w="35" w:type="dxa"/>
              <w:bottom w:w="30" w:type="dxa"/>
              <w:end w:w="35" w:type="dxa"/>
            </w:tcMar>
            <w:vAlign w:val="center"/>
            <w:tcBorders>
              <w:top w:val="single" w:sz="5" w:space="0" w:color="9E8D73"/>
              <w:left w:val="single" w:sz="5" w:space="0" w:color="9E8D73"/>
              <w:bottom w:val="single" w:sz="5" w:space="0" w:color="9E8D73"/>
              <w:right w:val="single" w:sz="5" w:space="0" w:color="9E8D73"/>
            </w:tcBorders>
          </w:tcPr>
          <w:p>
            <w:pPr>
              <w:spacing w:before="0" w:after="0"/>
            </w:pPr>
          </w:p>
        </w:tc>
        <w:tc>
          <w:tcPr>
            <w:tcW w:type="dxa" w:w="1134"/>
            <w:tcMar>
              <w:top w:w="30" w:type="dxa"/>
              <w:start w:w="35" w:type="dxa"/>
              <w:bottom w:w="30" w:type="dxa"/>
              <w:end w:w="35" w:type="dxa"/>
            </w:tcMar>
            <w:vAlign w:val="center"/>
            <w:tcBorders>
              <w:top w:val="single" w:sz="5" w:space="0" w:color="9E8D73"/>
              <w:left w:val="single" w:sz="5" w:space="0" w:color="9E8D73"/>
              <w:bottom w:val="single" w:sz="5" w:space="0" w:color="9E8D73"/>
              <w:right w:val="single" w:sz="5" w:space="0" w:color="9E8D73"/>
            </w:tcBorders>
          </w:tcPr>
          <w:p>
            <w:pPr>
              <w:spacing w:before="0" w:after="0"/>
            </w:pPr>
          </w:p>
        </w:tc>
      </w:tr>
      <w:tr>
        <w:trPr>
          <w:trHeight w:val="680" w:hRule="exact"/>
        </w:trPr>
        <w:tc>
          <w:tcPr>
            <w:tcW w:type="dxa" w:w="510"/>
            <w:tcMar>
              <w:top w:w="30" w:type="dxa"/>
              <w:start w:w="35" w:type="dxa"/>
              <w:bottom w:w="30" w:type="dxa"/>
              <w:end w:w="35" w:type="dxa"/>
            </w:tcMar>
            <w:vAlign w:val="center"/>
            <w:tcBorders>
              <w:top w:val="single" w:sz="5" w:space="0" w:color="9E8D73"/>
              <w:left w:val="single" w:sz="5" w:space="0" w:color="9E8D73"/>
              <w:bottom w:val="single" w:sz="5" w:space="0" w:color="9E8D73"/>
              <w:right w:val="single" w:sz="5" w:space="0" w:color="9E8D73"/>
            </w:tcBorders>
            <w:shd w:fill="F4EEDF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4E0E18"/>
                <w:sz w:val="15"/>
              </w:rPr>
              <w:t>2</w:t>
            </w:r>
          </w:p>
        </w:tc>
        <w:tc>
          <w:tcPr>
            <w:tcW w:type="dxa" w:w="2041"/>
            <w:tcMar>
              <w:top w:w="30" w:type="dxa"/>
              <w:start w:w="35" w:type="dxa"/>
              <w:bottom w:w="30" w:type="dxa"/>
              <w:end w:w="35" w:type="dxa"/>
            </w:tcMar>
            <w:vAlign w:val="center"/>
            <w:tcBorders>
              <w:top w:val="single" w:sz="5" w:space="0" w:color="9E8D73"/>
              <w:left w:val="single" w:sz="5" w:space="0" w:color="9E8D73"/>
              <w:bottom w:val="single" w:sz="5" w:space="0" w:color="9E8D73"/>
              <w:right w:val="single" w:sz="5" w:space="0" w:color="9E8D73"/>
            </w:tcBorders>
          </w:tcPr>
          <w:p>
            <w:pPr>
              <w:spacing w:before="0" w:after="0"/>
            </w:pPr>
          </w:p>
        </w:tc>
        <w:tc>
          <w:tcPr>
            <w:tcW w:type="dxa" w:w="3402"/>
            <w:tcMar>
              <w:top w:w="30" w:type="dxa"/>
              <w:start w:w="35" w:type="dxa"/>
              <w:bottom w:w="30" w:type="dxa"/>
              <w:end w:w="35" w:type="dxa"/>
            </w:tcMar>
            <w:vAlign w:val="center"/>
            <w:tcBorders>
              <w:top w:val="single" w:sz="5" w:space="0" w:color="9E8D73"/>
              <w:left w:val="single" w:sz="5" w:space="0" w:color="9E8D73"/>
              <w:bottom w:val="single" w:sz="5" w:space="0" w:color="9E8D73"/>
              <w:right w:val="single" w:sz="5" w:space="0" w:color="9E8D73"/>
            </w:tcBorders>
          </w:tcPr>
          <w:p>
            <w:pPr>
              <w:spacing w:before="0" w:after="0"/>
            </w:pPr>
          </w:p>
        </w:tc>
        <w:tc>
          <w:tcPr>
            <w:tcW w:type="dxa" w:w="1531"/>
            <w:tcMar>
              <w:top w:w="30" w:type="dxa"/>
              <w:start w:w="35" w:type="dxa"/>
              <w:bottom w:w="30" w:type="dxa"/>
              <w:end w:w="35" w:type="dxa"/>
            </w:tcMar>
            <w:vAlign w:val="center"/>
            <w:tcBorders>
              <w:top w:val="single" w:sz="5" w:space="0" w:color="9E8D73"/>
              <w:left w:val="single" w:sz="5" w:space="0" w:color="9E8D73"/>
              <w:bottom w:val="single" w:sz="5" w:space="0" w:color="9E8D73"/>
              <w:right w:val="single" w:sz="5" w:space="0" w:color="9E8D73"/>
            </w:tcBorders>
          </w:tcPr>
          <w:p>
            <w:pPr>
              <w:spacing w:before="0" w:after="0"/>
            </w:pPr>
          </w:p>
        </w:tc>
        <w:tc>
          <w:tcPr>
            <w:tcW w:type="dxa" w:w="2268"/>
            <w:tcMar>
              <w:top w:w="30" w:type="dxa"/>
              <w:start w:w="35" w:type="dxa"/>
              <w:bottom w:w="30" w:type="dxa"/>
              <w:end w:w="35" w:type="dxa"/>
            </w:tcMar>
            <w:vAlign w:val="center"/>
            <w:tcBorders>
              <w:top w:val="single" w:sz="5" w:space="0" w:color="9E8D73"/>
              <w:left w:val="single" w:sz="5" w:space="0" w:color="9E8D73"/>
              <w:bottom w:val="single" w:sz="5" w:space="0" w:color="9E8D73"/>
              <w:right w:val="single" w:sz="5" w:space="0" w:color="9E8D73"/>
            </w:tcBorders>
          </w:tcPr>
          <w:p>
            <w:pPr>
              <w:spacing w:before="0" w:after="0"/>
            </w:pPr>
          </w:p>
        </w:tc>
        <w:tc>
          <w:tcPr>
            <w:tcW w:type="dxa" w:w="1134"/>
            <w:tcMar>
              <w:top w:w="30" w:type="dxa"/>
              <w:start w:w="35" w:type="dxa"/>
              <w:bottom w:w="30" w:type="dxa"/>
              <w:end w:w="35" w:type="dxa"/>
            </w:tcMar>
            <w:vAlign w:val="center"/>
            <w:tcBorders>
              <w:top w:val="single" w:sz="5" w:space="0" w:color="9E8D73"/>
              <w:left w:val="single" w:sz="5" w:space="0" w:color="9E8D73"/>
              <w:bottom w:val="single" w:sz="5" w:space="0" w:color="9E8D73"/>
              <w:right w:val="single" w:sz="5" w:space="0" w:color="9E8D73"/>
            </w:tcBorders>
          </w:tcPr>
          <w:p>
            <w:pPr>
              <w:spacing w:before="0" w:after="0"/>
            </w:pPr>
          </w:p>
        </w:tc>
      </w:tr>
      <w:tr>
        <w:trPr>
          <w:trHeight w:val="680" w:hRule="exact"/>
        </w:trPr>
        <w:tc>
          <w:tcPr>
            <w:tcW w:type="dxa" w:w="510"/>
            <w:tcMar>
              <w:top w:w="30" w:type="dxa"/>
              <w:start w:w="35" w:type="dxa"/>
              <w:bottom w:w="30" w:type="dxa"/>
              <w:end w:w="35" w:type="dxa"/>
            </w:tcMar>
            <w:vAlign w:val="center"/>
            <w:tcBorders>
              <w:top w:val="single" w:sz="5" w:space="0" w:color="9E8D73"/>
              <w:left w:val="single" w:sz="5" w:space="0" w:color="9E8D73"/>
              <w:bottom w:val="single" w:sz="5" w:space="0" w:color="9E8D73"/>
              <w:right w:val="single" w:sz="5" w:space="0" w:color="9E8D73"/>
            </w:tcBorders>
            <w:shd w:fill="F4EEDF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4E0E18"/>
                <w:sz w:val="15"/>
              </w:rPr>
              <w:t>3</w:t>
            </w:r>
          </w:p>
        </w:tc>
        <w:tc>
          <w:tcPr>
            <w:tcW w:type="dxa" w:w="2041"/>
            <w:tcMar>
              <w:top w:w="30" w:type="dxa"/>
              <w:start w:w="35" w:type="dxa"/>
              <w:bottom w:w="30" w:type="dxa"/>
              <w:end w:w="35" w:type="dxa"/>
            </w:tcMar>
            <w:vAlign w:val="center"/>
            <w:tcBorders>
              <w:top w:val="single" w:sz="5" w:space="0" w:color="9E8D73"/>
              <w:left w:val="single" w:sz="5" w:space="0" w:color="9E8D73"/>
              <w:bottom w:val="single" w:sz="5" w:space="0" w:color="9E8D73"/>
              <w:right w:val="single" w:sz="5" w:space="0" w:color="9E8D73"/>
            </w:tcBorders>
          </w:tcPr>
          <w:p>
            <w:pPr>
              <w:spacing w:before="0" w:after="0"/>
            </w:pPr>
          </w:p>
        </w:tc>
        <w:tc>
          <w:tcPr>
            <w:tcW w:type="dxa" w:w="3402"/>
            <w:tcMar>
              <w:top w:w="30" w:type="dxa"/>
              <w:start w:w="35" w:type="dxa"/>
              <w:bottom w:w="30" w:type="dxa"/>
              <w:end w:w="35" w:type="dxa"/>
            </w:tcMar>
            <w:vAlign w:val="center"/>
            <w:tcBorders>
              <w:top w:val="single" w:sz="5" w:space="0" w:color="9E8D73"/>
              <w:left w:val="single" w:sz="5" w:space="0" w:color="9E8D73"/>
              <w:bottom w:val="single" w:sz="5" w:space="0" w:color="9E8D73"/>
              <w:right w:val="single" w:sz="5" w:space="0" w:color="9E8D73"/>
            </w:tcBorders>
          </w:tcPr>
          <w:p>
            <w:pPr>
              <w:spacing w:before="0" w:after="0"/>
            </w:pPr>
          </w:p>
        </w:tc>
        <w:tc>
          <w:tcPr>
            <w:tcW w:type="dxa" w:w="1531"/>
            <w:tcMar>
              <w:top w:w="30" w:type="dxa"/>
              <w:start w:w="35" w:type="dxa"/>
              <w:bottom w:w="30" w:type="dxa"/>
              <w:end w:w="35" w:type="dxa"/>
            </w:tcMar>
            <w:vAlign w:val="center"/>
            <w:tcBorders>
              <w:top w:val="single" w:sz="5" w:space="0" w:color="9E8D73"/>
              <w:left w:val="single" w:sz="5" w:space="0" w:color="9E8D73"/>
              <w:bottom w:val="single" w:sz="5" w:space="0" w:color="9E8D73"/>
              <w:right w:val="single" w:sz="5" w:space="0" w:color="9E8D73"/>
            </w:tcBorders>
          </w:tcPr>
          <w:p>
            <w:pPr>
              <w:spacing w:before="0" w:after="0"/>
            </w:pPr>
          </w:p>
        </w:tc>
        <w:tc>
          <w:tcPr>
            <w:tcW w:type="dxa" w:w="2268"/>
            <w:tcMar>
              <w:top w:w="30" w:type="dxa"/>
              <w:start w:w="35" w:type="dxa"/>
              <w:bottom w:w="30" w:type="dxa"/>
              <w:end w:w="35" w:type="dxa"/>
            </w:tcMar>
            <w:vAlign w:val="center"/>
            <w:tcBorders>
              <w:top w:val="single" w:sz="5" w:space="0" w:color="9E8D73"/>
              <w:left w:val="single" w:sz="5" w:space="0" w:color="9E8D73"/>
              <w:bottom w:val="single" w:sz="5" w:space="0" w:color="9E8D73"/>
              <w:right w:val="single" w:sz="5" w:space="0" w:color="9E8D73"/>
            </w:tcBorders>
          </w:tcPr>
          <w:p>
            <w:pPr>
              <w:spacing w:before="0" w:after="0"/>
            </w:pPr>
          </w:p>
        </w:tc>
        <w:tc>
          <w:tcPr>
            <w:tcW w:type="dxa" w:w="1134"/>
            <w:tcMar>
              <w:top w:w="30" w:type="dxa"/>
              <w:start w:w="35" w:type="dxa"/>
              <w:bottom w:w="30" w:type="dxa"/>
              <w:end w:w="35" w:type="dxa"/>
            </w:tcMar>
            <w:vAlign w:val="center"/>
            <w:tcBorders>
              <w:top w:val="single" w:sz="5" w:space="0" w:color="9E8D73"/>
              <w:left w:val="single" w:sz="5" w:space="0" w:color="9E8D73"/>
              <w:bottom w:val="single" w:sz="5" w:space="0" w:color="9E8D73"/>
              <w:right w:val="single" w:sz="5" w:space="0" w:color="9E8D73"/>
            </w:tcBorders>
          </w:tcPr>
          <w:p>
            <w:pPr>
              <w:spacing w:before="0" w:after="0"/>
            </w:pPr>
          </w:p>
        </w:tc>
      </w:tr>
      <w:tr>
        <w:trPr>
          <w:trHeight w:val="680" w:hRule="exact"/>
        </w:trPr>
        <w:tc>
          <w:tcPr>
            <w:tcW w:type="dxa" w:w="510"/>
            <w:tcMar>
              <w:top w:w="30" w:type="dxa"/>
              <w:start w:w="35" w:type="dxa"/>
              <w:bottom w:w="30" w:type="dxa"/>
              <w:end w:w="35" w:type="dxa"/>
            </w:tcMar>
            <w:vAlign w:val="center"/>
            <w:tcBorders>
              <w:top w:val="single" w:sz="5" w:space="0" w:color="9E8D73"/>
              <w:left w:val="single" w:sz="5" w:space="0" w:color="9E8D73"/>
              <w:bottom w:val="single" w:sz="5" w:space="0" w:color="9E8D73"/>
              <w:right w:val="single" w:sz="5" w:space="0" w:color="9E8D73"/>
            </w:tcBorders>
            <w:shd w:fill="F4EEDF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4E0E18"/>
                <w:sz w:val="15"/>
              </w:rPr>
              <w:t>4</w:t>
            </w:r>
          </w:p>
        </w:tc>
        <w:tc>
          <w:tcPr>
            <w:tcW w:type="dxa" w:w="2041"/>
            <w:tcMar>
              <w:top w:w="30" w:type="dxa"/>
              <w:start w:w="35" w:type="dxa"/>
              <w:bottom w:w="30" w:type="dxa"/>
              <w:end w:w="35" w:type="dxa"/>
            </w:tcMar>
            <w:vAlign w:val="center"/>
            <w:tcBorders>
              <w:top w:val="single" w:sz="5" w:space="0" w:color="9E8D73"/>
              <w:left w:val="single" w:sz="5" w:space="0" w:color="9E8D73"/>
              <w:bottom w:val="single" w:sz="5" w:space="0" w:color="9E8D73"/>
              <w:right w:val="single" w:sz="5" w:space="0" w:color="9E8D73"/>
            </w:tcBorders>
          </w:tcPr>
          <w:p>
            <w:pPr>
              <w:spacing w:before="0" w:after="0"/>
            </w:pPr>
          </w:p>
        </w:tc>
        <w:tc>
          <w:tcPr>
            <w:tcW w:type="dxa" w:w="3402"/>
            <w:tcMar>
              <w:top w:w="30" w:type="dxa"/>
              <w:start w:w="35" w:type="dxa"/>
              <w:bottom w:w="30" w:type="dxa"/>
              <w:end w:w="35" w:type="dxa"/>
            </w:tcMar>
            <w:vAlign w:val="center"/>
            <w:tcBorders>
              <w:top w:val="single" w:sz="5" w:space="0" w:color="9E8D73"/>
              <w:left w:val="single" w:sz="5" w:space="0" w:color="9E8D73"/>
              <w:bottom w:val="single" w:sz="5" w:space="0" w:color="9E8D73"/>
              <w:right w:val="single" w:sz="5" w:space="0" w:color="9E8D73"/>
            </w:tcBorders>
          </w:tcPr>
          <w:p>
            <w:pPr>
              <w:spacing w:before="0" w:after="0"/>
            </w:pPr>
          </w:p>
        </w:tc>
        <w:tc>
          <w:tcPr>
            <w:tcW w:type="dxa" w:w="1531"/>
            <w:tcMar>
              <w:top w:w="30" w:type="dxa"/>
              <w:start w:w="35" w:type="dxa"/>
              <w:bottom w:w="30" w:type="dxa"/>
              <w:end w:w="35" w:type="dxa"/>
            </w:tcMar>
            <w:vAlign w:val="center"/>
            <w:tcBorders>
              <w:top w:val="single" w:sz="5" w:space="0" w:color="9E8D73"/>
              <w:left w:val="single" w:sz="5" w:space="0" w:color="9E8D73"/>
              <w:bottom w:val="single" w:sz="5" w:space="0" w:color="9E8D73"/>
              <w:right w:val="single" w:sz="5" w:space="0" w:color="9E8D73"/>
            </w:tcBorders>
          </w:tcPr>
          <w:p>
            <w:pPr>
              <w:spacing w:before="0" w:after="0"/>
            </w:pPr>
          </w:p>
        </w:tc>
        <w:tc>
          <w:tcPr>
            <w:tcW w:type="dxa" w:w="2268"/>
            <w:tcMar>
              <w:top w:w="30" w:type="dxa"/>
              <w:start w:w="35" w:type="dxa"/>
              <w:bottom w:w="30" w:type="dxa"/>
              <w:end w:w="35" w:type="dxa"/>
            </w:tcMar>
            <w:vAlign w:val="center"/>
            <w:tcBorders>
              <w:top w:val="single" w:sz="5" w:space="0" w:color="9E8D73"/>
              <w:left w:val="single" w:sz="5" w:space="0" w:color="9E8D73"/>
              <w:bottom w:val="single" w:sz="5" w:space="0" w:color="9E8D73"/>
              <w:right w:val="single" w:sz="5" w:space="0" w:color="9E8D73"/>
            </w:tcBorders>
          </w:tcPr>
          <w:p>
            <w:pPr>
              <w:spacing w:before="0" w:after="0"/>
            </w:pPr>
          </w:p>
        </w:tc>
        <w:tc>
          <w:tcPr>
            <w:tcW w:type="dxa" w:w="1134"/>
            <w:tcMar>
              <w:top w:w="30" w:type="dxa"/>
              <w:start w:w="35" w:type="dxa"/>
              <w:bottom w:w="30" w:type="dxa"/>
              <w:end w:w="35" w:type="dxa"/>
            </w:tcMar>
            <w:vAlign w:val="center"/>
            <w:tcBorders>
              <w:top w:val="single" w:sz="5" w:space="0" w:color="9E8D73"/>
              <w:left w:val="single" w:sz="5" w:space="0" w:color="9E8D73"/>
              <w:bottom w:val="single" w:sz="5" w:space="0" w:color="9E8D73"/>
              <w:right w:val="single" w:sz="5" w:space="0" w:color="9E8D73"/>
            </w:tcBorders>
          </w:tcPr>
          <w:p>
            <w:pPr>
              <w:spacing w:before="0" w:after="0"/>
            </w:pPr>
          </w:p>
        </w:tc>
      </w:tr>
      <w:tr>
        <w:trPr>
          <w:trHeight w:val="680" w:hRule="exact"/>
        </w:trPr>
        <w:tc>
          <w:tcPr>
            <w:tcW w:type="dxa" w:w="510"/>
            <w:tcMar>
              <w:top w:w="30" w:type="dxa"/>
              <w:start w:w="35" w:type="dxa"/>
              <w:bottom w:w="30" w:type="dxa"/>
              <w:end w:w="35" w:type="dxa"/>
            </w:tcMar>
            <w:vAlign w:val="center"/>
            <w:tcBorders>
              <w:top w:val="single" w:sz="5" w:space="0" w:color="9E8D73"/>
              <w:left w:val="single" w:sz="5" w:space="0" w:color="9E8D73"/>
              <w:bottom w:val="single" w:sz="5" w:space="0" w:color="9E8D73"/>
              <w:right w:val="single" w:sz="5" w:space="0" w:color="9E8D73"/>
            </w:tcBorders>
            <w:shd w:fill="F4EEDF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4E0E18"/>
                <w:sz w:val="15"/>
              </w:rPr>
              <w:t>5</w:t>
            </w:r>
          </w:p>
        </w:tc>
        <w:tc>
          <w:tcPr>
            <w:tcW w:type="dxa" w:w="2041"/>
            <w:tcMar>
              <w:top w:w="30" w:type="dxa"/>
              <w:start w:w="35" w:type="dxa"/>
              <w:bottom w:w="30" w:type="dxa"/>
              <w:end w:w="35" w:type="dxa"/>
            </w:tcMar>
            <w:vAlign w:val="center"/>
            <w:tcBorders>
              <w:top w:val="single" w:sz="5" w:space="0" w:color="9E8D73"/>
              <w:left w:val="single" w:sz="5" w:space="0" w:color="9E8D73"/>
              <w:bottom w:val="single" w:sz="5" w:space="0" w:color="9E8D73"/>
              <w:right w:val="single" w:sz="5" w:space="0" w:color="9E8D73"/>
            </w:tcBorders>
          </w:tcPr>
          <w:p>
            <w:pPr>
              <w:spacing w:before="0" w:after="0"/>
            </w:pPr>
          </w:p>
        </w:tc>
        <w:tc>
          <w:tcPr>
            <w:tcW w:type="dxa" w:w="3402"/>
            <w:tcMar>
              <w:top w:w="30" w:type="dxa"/>
              <w:start w:w="35" w:type="dxa"/>
              <w:bottom w:w="30" w:type="dxa"/>
              <w:end w:w="35" w:type="dxa"/>
            </w:tcMar>
            <w:vAlign w:val="center"/>
            <w:tcBorders>
              <w:top w:val="single" w:sz="5" w:space="0" w:color="9E8D73"/>
              <w:left w:val="single" w:sz="5" w:space="0" w:color="9E8D73"/>
              <w:bottom w:val="single" w:sz="5" w:space="0" w:color="9E8D73"/>
              <w:right w:val="single" w:sz="5" w:space="0" w:color="9E8D73"/>
            </w:tcBorders>
          </w:tcPr>
          <w:p>
            <w:pPr>
              <w:spacing w:before="0" w:after="0"/>
            </w:pPr>
          </w:p>
        </w:tc>
        <w:tc>
          <w:tcPr>
            <w:tcW w:type="dxa" w:w="1531"/>
            <w:tcMar>
              <w:top w:w="30" w:type="dxa"/>
              <w:start w:w="35" w:type="dxa"/>
              <w:bottom w:w="30" w:type="dxa"/>
              <w:end w:w="35" w:type="dxa"/>
            </w:tcMar>
            <w:vAlign w:val="center"/>
            <w:tcBorders>
              <w:top w:val="single" w:sz="5" w:space="0" w:color="9E8D73"/>
              <w:left w:val="single" w:sz="5" w:space="0" w:color="9E8D73"/>
              <w:bottom w:val="single" w:sz="5" w:space="0" w:color="9E8D73"/>
              <w:right w:val="single" w:sz="5" w:space="0" w:color="9E8D73"/>
            </w:tcBorders>
          </w:tcPr>
          <w:p>
            <w:pPr>
              <w:spacing w:before="0" w:after="0"/>
            </w:pPr>
          </w:p>
        </w:tc>
        <w:tc>
          <w:tcPr>
            <w:tcW w:type="dxa" w:w="2268"/>
            <w:tcMar>
              <w:top w:w="30" w:type="dxa"/>
              <w:start w:w="35" w:type="dxa"/>
              <w:bottom w:w="30" w:type="dxa"/>
              <w:end w:w="35" w:type="dxa"/>
            </w:tcMar>
            <w:vAlign w:val="center"/>
            <w:tcBorders>
              <w:top w:val="single" w:sz="5" w:space="0" w:color="9E8D73"/>
              <w:left w:val="single" w:sz="5" w:space="0" w:color="9E8D73"/>
              <w:bottom w:val="single" w:sz="5" w:space="0" w:color="9E8D73"/>
              <w:right w:val="single" w:sz="5" w:space="0" w:color="9E8D73"/>
            </w:tcBorders>
          </w:tcPr>
          <w:p>
            <w:pPr>
              <w:spacing w:before="0" w:after="0"/>
            </w:pPr>
          </w:p>
        </w:tc>
        <w:tc>
          <w:tcPr>
            <w:tcW w:type="dxa" w:w="1134"/>
            <w:tcMar>
              <w:top w:w="30" w:type="dxa"/>
              <w:start w:w="35" w:type="dxa"/>
              <w:bottom w:w="30" w:type="dxa"/>
              <w:end w:w="35" w:type="dxa"/>
            </w:tcMar>
            <w:vAlign w:val="center"/>
            <w:tcBorders>
              <w:top w:val="single" w:sz="5" w:space="0" w:color="9E8D73"/>
              <w:left w:val="single" w:sz="5" w:space="0" w:color="9E8D73"/>
              <w:bottom w:val="single" w:sz="5" w:space="0" w:color="9E8D73"/>
              <w:right w:val="single" w:sz="5" w:space="0" w:color="9E8D73"/>
            </w:tcBorders>
          </w:tcPr>
          <w:p>
            <w:pPr>
              <w:spacing w:before="0" w:after="0"/>
            </w:pPr>
          </w:p>
        </w:tc>
      </w:tr>
      <w:tr>
        <w:trPr>
          <w:trHeight w:val="680" w:hRule="exact"/>
        </w:trPr>
        <w:tc>
          <w:tcPr>
            <w:tcW w:type="dxa" w:w="510"/>
            <w:tcMar>
              <w:top w:w="30" w:type="dxa"/>
              <w:start w:w="35" w:type="dxa"/>
              <w:bottom w:w="30" w:type="dxa"/>
              <w:end w:w="35" w:type="dxa"/>
            </w:tcMar>
            <w:vAlign w:val="center"/>
            <w:tcBorders>
              <w:top w:val="single" w:sz="5" w:space="0" w:color="9E8D73"/>
              <w:left w:val="single" w:sz="5" w:space="0" w:color="9E8D73"/>
              <w:bottom w:val="single" w:sz="5" w:space="0" w:color="9E8D73"/>
              <w:right w:val="single" w:sz="5" w:space="0" w:color="9E8D73"/>
            </w:tcBorders>
            <w:shd w:fill="F4EEDF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4E0E18"/>
                <w:sz w:val="15"/>
              </w:rPr>
              <w:t>6</w:t>
            </w:r>
          </w:p>
        </w:tc>
        <w:tc>
          <w:tcPr>
            <w:tcW w:type="dxa" w:w="2041"/>
            <w:tcMar>
              <w:top w:w="30" w:type="dxa"/>
              <w:start w:w="35" w:type="dxa"/>
              <w:bottom w:w="30" w:type="dxa"/>
              <w:end w:w="35" w:type="dxa"/>
            </w:tcMar>
            <w:vAlign w:val="center"/>
            <w:tcBorders>
              <w:top w:val="single" w:sz="5" w:space="0" w:color="9E8D73"/>
              <w:left w:val="single" w:sz="5" w:space="0" w:color="9E8D73"/>
              <w:bottom w:val="single" w:sz="5" w:space="0" w:color="9E8D73"/>
              <w:right w:val="single" w:sz="5" w:space="0" w:color="9E8D73"/>
            </w:tcBorders>
          </w:tcPr>
          <w:p>
            <w:pPr>
              <w:spacing w:before="0" w:after="0"/>
            </w:pPr>
          </w:p>
        </w:tc>
        <w:tc>
          <w:tcPr>
            <w:tcW w:type="dxa" w:w="3402"/>
            <w:tcMar>
              <w:top w:w="30" w:type="dxa"/>
              <w:start w:w="35" w:type="dxa"/>
              <w:bottom w:w="30" w:type="dxa"/>
              <w:end w:w="35" w:type="dxa"/>
            </w:tcMar>
            <w:vAlign w:val="center"/>
            <w:tcBorders>
              <w:top w:val="single" w:sz="5" w:space="0" w:color="9E8D73"/>
              <w:left w:val="single" w:sz="5" w:space="0" w:color="9E8D73"/>
              <w:bottom w:val="single" w:sz="5" w:space="0" w:color="9E8D73"/>
              <w:right w:val="single" w:sz="5" w:space="0" w:color="9E8D73"/>
            </w:tcBorders>
          </w:tcPr>
          <w:p>
            <w:pPr>
              <w:spacing w:before="0" w:after="0"/>
            </w:pPr>
          </w:p>
        </w:tc>
        <w:tc>
          <w:tcPr>
            <w:tcW w:type="dxa" w:w="1531"/>
            <w:tcMar>
              <w:top w:w="30" w:type="dxa"/>
              <w:start w:w="35" w:type="dxa"/>
              <w:bottom w:w="30" w:type="dxa"/>
              <w:end w:w="35" w:type="dxa"/>
            </w:tcMar>
            <w:vAlign w:val="center"/>
            <w:tcBorders>
              <w:top w:val="single" w:sz="5" w:space="0" w:color="9E8D73"/>
              <w:left w:val="single" w:sz="5" w:space="0" w:color="9E8D73"/>
              <w:bottom w:val="single" w:sz="5" w:space="0" w:color="9E8D73"/>
              <w:right w:val="single" w:sz="5" w:space="0" w:color="9E8D73"/>
            </w:tcBorders>
          </w:tcPr>
          <w:p>
            <w:pPr>
              <w:spacing w:before="0" w:after="0"/>
            </w:pPr>
          </w:p>
        </w:tc>
        <w:tc>
          <w:tcPr>
            <w:tcW w:type="dxa" w:w="2268"/>
            <w:tcMar>
              <w:top w:w="30" w:type="dxa"/>
              <w:start w:w="35" w:type="dxa"/>
              <w:bottom w:w="30" w:type="dxa"/>
              <w:end w:w="35" w:type="dxa"/>
            </w:tcMar>
            <w:vAlign w:val="center"/>
            <w:tcBorders>
              <w:top w:val="single" w:sz="5" w:space="0" w:color="9E8D73"/>
              <w:left w:val="single" w:sz="5" w:space="0" w:color="9E8D73"/>
              <w:bottom w:val="single" w:sz="5" w:space="0" w:color="9E8D73"/>
              <w:right w:val="single" w:sz="5" w:space="0" w:color="9E8D73"/>
            </w:tcBorders>
          </w:tcPr>
          <w:p>
            <w:pPr>
              <w:spacing w:before="0" w:after="0"/>
            </w:pPr>
          </w:p>
        </w:tc>
        <w:tc>
          <w:tcPr>
            <w:tcW w:type="dxa" w:w="1134"/>
            <w:tcMar>
              <w:top w:w="30" w:type="dxa"/>
              <w:start w:w="35" w:type="dxa"/>
              <w:bottom w:w="30" w:type="dxa"/>
              <w:end w:w="35" w:type="dxa"/>
            </w:tcMar>
            <w:vAlign w:val="center"/>
            <w:tcBorders>
              <w:top w:val="single" w:sz="5" w:space="0" w:color="9E8D73"/>
              <w:left w:val="single" w:sz="5" w:space="0" w:color="9E8D73"/>
              <w:bottom w:val="single" w:sz="5" w:space="0" w:color="9E8D73"/>
              <w:right w:val="single" w:sz="5" w:space="0" w:color="9E8D73"/>
            </w:tcBorders>
          </w:tcPr>
          <w:p>
            <w:pPr>
              <w:spacing w:before="0" w:after="0"/>
            </w:pPr>
          </w:p>
        </w:tc>
      </w:tr>
    </w:tbl>
    <w:p>
      <w:pPr>
        <w:spacing w:before="0" w:after="0" w:line="240" w:lineRule="auto"/>
        <w:jc w:val="lef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556"/>
        <w:gridCol w:w="5556"/>
      </w:tblGrid>
      <w:tr>
        <w:trPr>
          <w:trHeight w:val="1247" w:hRule="exact"/>
        </w:trPr>
        <w:tc>
          <w:tcPr>
            <w:tcW w:type="dxa" w:w="7483"/>
            <w:tcMar>
              <w:top w:w="45" w:type="dxa"/>
              <w:start w:w="60" w:type="dxa"/>
              <w:bottom w:w="45" w:type="dxa"/>
              <w:end w:w="60" w:type="dxa"/>
            </w:tcMar>
            <w:vAlign w:val="center"/>
            <w:tcBorders>
              <w:top w:val="single" w:sz="7" w:space="0" w:color="C6A15B"/>
              <w:left w:val="single" w:sz="7" w:space="0" w:color="C6A15B"/>
              <w:bottom w:val="single" w:sz="7" w:space="0" w:color="C6A15B"/>
              <w:right w:val="single" w:sz="7" w:space="0" w:color="C6A15B"/>
            </w:tcBorders>
            <w:shd w:fill="FAF7F0"/>
          </w:tcPr>
          <w:p>
            <w:pPr>
              <w:spacing w:before="0" w:after="0" w:line="211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6B1422"/>
                <w:sz w:val="12"/>
              </w:rPr>
              <w:t xml:space="preserve">ВАЖНО: </w:t>
            </w:r>
            <w:r>
              <w:rPr>
                <w:rFonts w:ascii="Arial" w:hAnsi="Arial" w:eastAsia="Arial"/>
                <w:b w:val="0"/>
                <w:i w:val="0"/>
                <w:color w:val="222222"/>
                <w:sz w:val="12"/>
              </w:rPr>
              <w:t>заявка заполняется только в электронном виде. Перед отправкой необходимо ознакомиться с Положением о конкурсе. Подавая заявку, заявитель подтверждает согласие с условиями Положения, наличие необходимых согласий участников и законных представителей, а также ответственность за сопровождение и безопасность несовершеннолетних.</w:t>
            </w:r>
          </w:p>
        </w:tc>
        <w:tc>
          <w:tcPr>
            <w:tcW w:type="dxa" w:w="3402"/>
            <w:tcMar>
              <w:top w:w="45" w:type="dxa"/>
              <w:start w:w="60" w:type="dxa"/>
              <w:bottom w:w="45" w:type="dxa"/>
              <w:end w:w="60" w:type="dxa"/>
            </w:tcMar>
            <w:vAlign w:val="center"/>
            <w:tcBorders>
              <w:top w:val="single" w:sz="7" w:space="0" w:color="C6A15B"/>
              <w:left w:val="single" w:sz="7" w:space="0" w:color="C6A15B"/>
              <w:bottom w:val="single" w:sz="7" w:space="0" w:color="C6A15B"/>
              <w:right w:val="single" w:sz="7" w:space="0" w:color="C6A15B"/>
            </w:tcBorders>
            <w:shd w:fill="F4EEDF"/>
          </w:tcPr>
          <w:p>
            <w:pPr>
              <w:spacing w:before="0" w:after="0" w:line="216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6B1422"/>
                <w:sz w:val="13"/>
              </w:rPr>
              <w:t>ПОМОЩЬ С ЗАПОЛНЕНИЕМ</w:t>
            </w:r>
            <w:r>
              <w:rPr>
                <w:rFonts w:ascii="Arial" w:hAnsi="Arial" w:eastAsia="Arial"/>
                <w:b/>
                <w:i w:val="0"/>
                <w:color w:val="6B1422"/>
                <w:sz w:val="14"/>
              </w:rPr>
              <w:br/>
              <w:t>Мария Сергеевна  •  +7 (968) 476-90-35</w:t>
            </w:r>
          </w:p>
        </w:tc>
      </w:tr>
    </w:tbl>
    <w:sectPr w:rsidR="00FC693F" w:rsidRPr="0006063C" w:rsidSect="00034616">
      <w:footerReference w:type="default" r:id="rId10"/>
      <w:pgSz w:w="11906" w:h="16838"/>
      <w:pgMar w:top="369" w:right="397" w:bottom="397" w:left="397" w:header="142" w:footer="17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center"/>
    </w:pPr>
    <w:r>
      <w:rPr>
        <w:rFonts w:ascii="Arial" w:hAnsi="Arial" w:eastAsia="Arial"/>
        <w:b w:val="0"/>
        <w:i w:val="0"/>
        <w:color w:val="666666"/>
        <w:sz w:val="12"/>
      </w:rPr>
      <w:t>Благотворительный фонд имени И. С. Тургенева  •  turgeneff.ru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 w:eastAsia="Arial"/>
      <w:sz w:val="15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очное участие</dc:title>
  <dc:subject>Универсальная заявка для очных фестивалей и конкурсов</dc:subject>
  <dc:creator>Благотворительный фонд имени И. С. Тургенева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